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74516" w14:textId="77777777" w:rsidR="00D04A5B" w:rsidRDefault="00411C87">
      <w:pPr>
        <w:pStyle w:val="Title"/>
        <w:jc w:val="center"/>
      </w:pPr>
      <w:r>
        <w:t>Sample Student Well-Being Survey</w:t>
      </w:r>
    </w:p>
    <w:p w14:paraId="028240F3" w14:textId="77777777" w:rsidR="00D04A5B" w:rsidRDefault="00411C87">
      <w:pPr>
        <w:pStyle w:val="Heading1"/>
      </w:pPr>
      <w:r>
        <w:t>Note for Schools</w:t>
      </w:r>
    </w:p>
    <w:p w14:paraId="5A026997" w14:textId="77777777" w:rsidR="00D04A5B" w:rsidRDefault="00411C87">
      <w:r>
        <w:t>This sample survey is intended to provide a starting point for schools interested in better understanding student well-being, stress and pressure, and aspects of the school environment that may contribute to these experiences. Schools should adapt the survey to their own goals, student population, and circumstances. There is no need to include every question or section.</w:t>
      </w:r>
    </w:p>
    <w:p w14:paraId="2999B25B" w14:textId="77777777" w:rsidR="00D04A5B" w:rsidRDefault="00411C87">
      <w:r>
        <w:t>As described in the accompanying Overview and Recommendations, surveys should be anonymous, participation should be voluntary, and students should be free to skip any question or stop participating at any time. Appropriate student-support staff should be identified in advance and available during and after survey administration.</w:t>
      </w:r>
    </w:p>
    <w:p w14:paraId="085C1824" w14:textId="77777777" w:rsidR="00D04A5B" w:rsidRDefault="00411C87">
      <w:pPr>
        <w:pStyle w:val="Heading1"/>
      </w:pPr>
      <w:r>
        <w:t>Student Survey</w:t>
      </w:r>
    </w:p>
    <w:p w14:paraId="5016D0B4" w14:textId="77777777" w:rsidR="00D04A5B" w:rsidRDefault="00411C87">
      <w:r>
        <w:t>We are asking students at [School Name] to complete a survey about their experiences with school, stress and pressure, and their overall well-being. We want to better understand students’ experiences and identify changes that could help create a healthier and more supportive school environment.</w:t>
      </w:r>
    </w:p>
    <w:p w14:paraId="16516901" w14:textId="77777777" w:rsidR="00D04A5B" w:rsidRDefault="00411C87">
      <w:r>
        <w:t>The survey will take approximately [XX] minutes to complete. Your responses are completely anonymous and cannot be traced back to you individually.</w:t>
      </w:r>
    </w:p>
    <w:p w14:paraId="4C35F626" w14:textId="77777777" w:rsidR="00D04A5B" w:rsidRDefault="00411C87">
      <w:r>
        <w:t>Taking the survey is voluntary. You may choose not to participate, skip any question you do not want to answer, or stop taking the survey at any time.</w:t>
      </w:r>
    </w:p>
    <w:p w14:paraId="4D30DEC7" w14:textId="59B09B82" w:rsidR="00D04A5B" w:rsidRDefault="00411C87">
      <w:r>
        <w:t>Some questions may make you uncomfortable or bring up difficult feelings. If you would like to talk with someone during or after the survey, you may let your teacher know that you would like to speak with someone</w:t>
      </w:r>
      <w:r w:rsidR="00134E23">
        <w:t>,</w:t>
      </w:r>
      <w:r>
        <w:t xml:space="preserve"> or </w:t>
      </w:r>
      <w:r w:rsidR="00134E23">
        <w:t xml:space="preserve">you can </w:t>
      </w:r>
      <w:r>
        <w:t>contact [school counselor/support person and contact information]. You do not need to explain why.</w:t>
      </w:r>
    </w:p>
    <w:p w14:paraId="66DF635D" w14:textId="77777777" w:rsidR="00D04A5B" w:rsidRDefault="00411C87">
      <w:r>
        <w:t>Because this survey is anonymous, the school will not know which responses are yours and cannot use your survey responses to reach out to you individually. If you are concerned about how you are feeling or would like help or support for any reason, please talk directly with [school counselor/support person], your teacher, or another trusted adult at school.</w:t>
      </w:r>
    </w:p>
    <w:p w14:paraId="22F3D648" w14:textId="77777777" w:rsidR="00D04A5B" w:rsidRDefault="00411C87">
      <w:pPr>
        <w:pStyle w:val="Heading2"/>
      </w:pPr>
      <w:r>
        <w:t>About You</w:t>
      </w:r>
    </w:p>
    <w:p w14:paraId="7F70466B" w14:textId="77777777" w:rsidR="00D04A5B" w:rsidRDefault="00411C87">
      <w:r>
        <w:rPr>
          <w:b/>
        </w:rPr>
        <w:t>1. What is your age?</w:t>
      </w:r>
    </w:p>
    <w:p w14:paraId="114A74E7" w14:textId="77777777" w:rsidR="00D04A5B" w:rsidRDefault="00411C87">
      <w:r>
        <w:t>14 | 15 | 16 | 17 | 18 | 19 | Other: ______ | Prefer not to answer</w:t>
      </w:r>
    </w:p>
    <w:p w14:paraId="70738979" w14:textId="77777777" w:rsidR="00D04A5B" w:rsidRDefault="00411C87">
      <w:r>
        <w:rPr>
          <w:b/>
        </w:rPr>
        <w:t>2. Gender identity: How do you describe yourself?</w:t>
      </w:r>
    </w:p>
    <w:p w14:paraId="1B6DD2B5" w14:textId="77777777" w:rsidR="00D04A5B" w:rsidRDefault="00411C87">
      <w:r>
        <w:t>Female | Male | Trans male | Trans female | Do not identify as any of these options | Prefer not to answer</w:t>
      </w:r>
    </w:p>
    <w:p w14:paraId="5F392505" w14:textId="77777777" w:rsidR="00D04A5B" w:rsidRDefault="00411C87">
      <w:r>
        <w:rPr>
          <w:b/>
        </w:rPr>
        <w:t>3. What is your current grade level?</w:t>
      </w:r>
    </w:p>
    <w:p w14:paraId="2E4E24A8" w14:textId="77777777" w:rsidR="00D04A5B" w:rsidRDefault="00411C87">
      <w:r>
        <w:t>9th | 10th | 11th | 12th</w:t>
      </w:r>
    </w:p>
    <w:p w14:paraId="06E113D5" w14:textId="77777777" w:rsidR="00D04A5B" w:rsidRDefault="00411C87">
      <w:pPr>
        <w:pStyle w:val="Heading2"/>
      </w:pPr>
      <w:r>
        <w:lastRenderedPageBreak/>
        <w:t>Weekday Activities</w:t>
      </w:r>
    </w:p>
    <w:p w14:paraId="03C27AD8" w14:textId="77777777" w:rsidR="00D04A5B" w:rsidRDefault="00411C87">
      <w:r>
        <w:t>Thinking back on your activities over the past month, please estimate the average amount of time you spent per weekday doing each of the following activities.</w:t>
      </w:r>
    </w:p>
    <w:p w14:paraId="56EF673E" w14:textId="77777777" w:rsidR="00D04A5B" w:rsidRDefault="00411C87">
      <w:r>
        <w:rPr>
          <w:b/>
        </w:rPr>
        <w:t>4. Average hours of homework and studying per day on weekdays</w:t>
      </w:r>
    </w:p>
    <w:p w14:paraId="395886E5" w14:textId="77777777" w:rsidR="00D04A5B" w:rsidRDefault="00411C87">
      <w:r>
        <w:t>0 | 0.5 | 1 | 1.5 | 2 | 2.5 | 3 | 3.5 | 4 | 4.5 | 5 | 5.5 | 6 | More than 6</w:t>
      </w:r>
    </w:p>
    <w:p w14:paraId="143BE313" w14:textId="20624179" w:rsidR="00D04A5B" w:rsidRDefault="00411C87">
      <w:r>
        <w:rPr>
          <w:b/>
        </w:rPr>
        <w:t xml:space="preserve">5. Average hours of extracurricular activities per day on weekdays (including sports, clubs, ACT/SAT test preparation, drama, music, </w:t>
      </w:r>
      <w:r w:rsidR="00134E23">
        <w:rPr>
          <w:b/>
        </w:rPr>
        <w:t>part-time work</w:t>
      </w:r>
      <w:r>
        <w:rPr>
          <w:b/>
        </w:rPr>
        <w:t>, etc.)</w:t>
      </w:r>
    </w:p>
    <w:p w14:paraId="5883083F" w14:textId="77777777" w:rsidR="00D04A5B" w:rsidRDefault="00411C87">
      <w:r>
        <w:t>0 | 0.5 | 1 | 1.5 | 2 | 2.5 | 3 | 3.5 | 4 | 4.5 | 5 | 5.5 | 6 | More than 6</w:t>
      </w:r>
    </w:p>
    <w:p w14:paraId="35E04981" w14:textId="77777777" w:rsidR="00D04A5B" w:rsidRDefault="00411C87">
      <w:r>
        <w:rPr>
          <w:b/>
        </w:rPr>
        <w:t>6. Average hours of screen-based activities for enjoyment per day on weekdays (including video games, TV, social media, etc.)</w:t>
      </w:r>
    </w:p>
    <w:p w14:paraId="7870B3ED" w14:textId="77777777" w:rsidR="00D04A5B" w:rsidRDefault="00411C87">
      <w:r>
        <w:t>0 | 0.5 | 1 | 1.5 | 2 | 2.5 | 3 | 3.5 | 4 | 4.5 | 5 | 5.5 | 6 | More than 6</w:t>
      </w:r>
    </w:p>
    <w:p w14:paraId="16B371AD" w14:textId="66B65079" w:rsidR="00D04A5B" w:rsidRDefault="00411C87">
      <w:r>
        <w:rPr>
          <w:b/>
        </w:rPr>
        <w:t xml:space="preserve">7. Average hours </w:t>
      </w:r>
      <w:r w:rsidR="00134E23">
        <w:rPr>
          <w:b/>
        </w:rPr>
        <w:t xml:space="preserve">spent </w:t>
      </w:r>
      <w:r>
        <w:rPr>
          <w:b/>
        </w:rPr>
        <w:t>with friends outside of school or extracurricular activities per day on weekdays (not including screen-based activities)</w:t>
      </w:r>
    </w:p>
    <w:p w14:paraId="7D1CC6F2" w14:textId="77777777" w:rsidR="00D04A5B" w:rsidRDefault="00411C87">
      <w:r>
        <w:t>0 | 0.5 | 1 | 1.5 | 2 | 2.5 | 3 | 3.5 | 4 | 4.5 | 5 | 5.5 | 6 | More than 6</w:t>
      </w:r>
    </w:p>
    <w:p w14:paraId="54092E98" w14:textId="77777777" w:rsidR="00D04A5B" w:rsidRDefault="00411C87">
      <w:r>
        <w:rPr>
          <w:b/>
        </w:rPr>
        <w:t>8. Average hours spent with family per day on weekdays</w:t>
      </w:r>
    </w:p>
    <w:p w14:paraId="7F4D60A5" w14:textId="77777777" w:rsidR="00D04A5B" w:rsidRDefault="00411C87">
      <w:r>
        <w:t>0 | 0.5 | 1 | 1.5 | 2 | 2.5 | 3 | 3.5 | 4 | 4.5 | 5 | 5.5 | 6 | More than 6</w:t>
      </w:r>
    </w:p>
    <w:p w14:paraId="56819B91" w14:textId="77777777" w:rsidR="00D04A5B" w:rsidRDefault="00411C87">
      <w:r>
        <w:rPr>
          <w:b/>
        </w:rPr>
        <w:t>9. Average hours of sleep per night on weekdays</w:t>
      </w:r>
    </w:p>
    <w:p w14:paraId="4539ECCE" w14:textId="77777777" w:rsidR="00D04A5B" w:rsidRDefault="00411C87">
      <w:r>
        <w:t>4 | 4.5 | 5 | 5.5 | 6 | 6.5 | 7 | 7.5 | 8 | 8.5 | 9 | 9.5 | 10 | 10.5 | 11 | More than 11</w:t>
      </w:r>
    </w:p>
    <w:p w14:paraId="5A3E8096" w14:textId="77777777" w:rsidR="00D04A5B" w:rsidRDefault="00411C87">
      <w:pPr>
        <w:pStyle w:val="Heading2"/>
      </w:pPr>
      <w:r>
        <w:t>Weekend Activities</w:t>
      </w:r>
    </w:p>
    <w:p w14:paraId="2AD7EDF5" w14:textId="77777777" w:rsidR="00D04A5B" w:rsidRDefault="00411C87">
      <w:r>
        <w:t>Thinking back on your activities over the past month, please estimate the average amount of time you spent per day on weekends doing each of the following activities.</w:t>
      </w:r>
    </w:p>
    <w:p w14:paraId="38D0A652" w14:textId="77777777" w:rsidR="00D04A5B" w:rsidRDefault="00411C87">
      <w:r>
        <w:rPr>
          <w:b/>
        </w:rPr>
        <w:t>10. Average hours of homework and studying per day on weekends</w:t>
      </w:r>
    </w:p>
    <w:p w14:paraId="37897B38" w14:textId="77777777" w:rsidR="00D04A5B" w:rsidRDefault="00411C87">
      <w:r>
        <w:t>0 | 0.5 | 1 | 1.5 | 2 | 2.5 | 3 | 3.5 | 4 | 4.5 | 5 | 5.5 | 6 | More than 6</w:t>
      </w:r>
    </w:p>
    <w:p w14:paraId="3048EE9C" w14:textId="74767308" w:rsidR="00D04A5B" w:rsidRDefault="00411C87">
      <w:r>
        <w:rPr>
          <w:b/>
        </w:rPr>
        <w:t xml:space="preserve">11. Average hours of extracurricular activities per day </w:t>
      </w:r>
      <w:proofErr w:type="gramStart"/>
      <w:r>
        <w:rPr>
          <w:b/>
        </w:rPr>
        <w:t>on</w:t>
      </w:r>
      <w:proofErr w:type="gramEnd"/>
      <w:r>
        <w:rPr>
          <w:b/>
        </w:rPr>
        <w:t xml:space="preserve"> weekends (including sports, clubs, ACT/SAT test preparation, drama, music, </w:t>
      </w:r>
      <w:r w:rsidR="00134E23">
        <w:rPr>
          <w:b/>
        </w:rPr>
        <w:t>part-time work</w:t>
      </w:r>
      <w:r>
        <w:rPr>
          <w:b/>
        </w:rPr>
        <w:t>, etc.)</w:t>
      </w:r>
    </w:p>
    <w:p w14:paraId="78F69349" w14:textId="77777777" w:rsidR="00D04A5B" w:rsidRDefault="00411C87">
      <w:r>
        <w:t>0 | 0.5 | 1 | 1.5 | 2 | 2.5 | 3 | 3.5 | 4 | 4.5 | 5 | 5.5 | 6 | More than 6</w:t>
      </w:r>
    </w:p>
    <w:p w14:paraId="267D55B3" w14:textId="77777777" w:rsidR="00D04A5B" w:rsidRDefault="00411C87">
      <w:r>
        <w:rPr>
          <w:b/>
        </w:rPr>
        <w:t>12. Average hours of screen-based activities for enjoyment per day on weekends (including video games, TV, social media, etc.)</w:t>
      </w:r>
    </w:p>
    <w:p w14:paraId="314D895F" w14:textId="77777777" w:rsidR="00D04A5B" w:rsidRDefault="00411C87">
      <w:r>
        <w:t>0 | 0.5 | 1 | 1.5 | 2 | 2.5 | 3 | 3.5 | 4 | 4.5 | 5 | 5.5 | 6 | More than 6</w:t>
      </w:r>
    </w:p>
    <w:p w14:paraId="069BD715" w14:textId="77777777" w:rsidR="00D04A5B" w:rsidRDefault="00411C87">
      <w:r>
        <w:rPr>
          <w:b/>
        </w:rPr>
        <w:t>13. Average hours with friends outside of school or extracurricular activities per day on weekends (not including screen-based activities)</w:t>
      </w:r>
    </w:p>
    <w:p w14:paraId="239704BE" w14:textId="77777777" w:rsidR="00D04A5B" w:rsidRDefault="00411C87">
      <w:r>
        <w:lastRenderedPageBreak/>
        <w:t>0 | 0.5 | 1 | 1.5 | 2 | 2.5 | 3 | 3.5 | 4 | 4.5 | 5 | 5.5 | 6 | More than 6</w:t>
      </w:r>
    </w:p>
    <w:p w14:paraId="739DA4C4" w14:textId="77777777" w:rsidR="00D04A5B" w:rsidRDefault="00411C87">
      <w:r>
        <w:rPr>
          <w:b/>
        </w:rPr>
        <w:t>14. Average hours spent with family per day on weekends</w:t>
      </w:r>
    </w:p>
    <w:p w14:paraId="01C6F8CE" w14:textId="77777777" w:rsidR="00D04A5B" w:rsidRDefault="00411C87">
      <w:r>
        <w:t>0 | 0.5 | 1 | 1.5 | 2 | 2.5 | 3 | 3.5 | 4 | 4.5 | 5 | 5.5 | 6 | More than 6</w:t>
      </w:r>
    </w:p>
    <w:p w14:paraId="4943A537" w14:textId="77777777" w:rsidR="00D04A5B" w:rsidRDefault="00411C87">
      <w:r>
        <w:rPr>
          <w:b/>
        </w:rPr>
        <w:t>15. Average hours of sleep per night on weekends</w:t>
      </w:r>
    </w:p>
    <w:p w14:paraId="43261988" w14:textId="77777777" w:rsidR="00D04A5B" w:rsidRDefault="00411C87">
      <w:r>
        <w:t>4 | 4.5 | 5 | 5.5 | 6 | 6.5 | 7 | 7.5 | 8 | 8.5 | 9 | 9.5 | 10 | 10.5 | 11 | More than 11</w:t>
      </w:r>
    </w:p>
    <w:p w14:paraId="27AE4C20" w14:textId="77777777" w:rsidR="00D04A5B" w:rsidRDefault="00411C87">
      <w:pPr>
        <w:pStyle w:val="Heading2"/>
      </w:pPr>
      <w:r>
        <w:t>Academic Demands</w:t>
      </w:r>
    </w:p>
    <w:p w14:paraId="64AB39AB" w14:textId="77777777" w:rsidR="00D04A5B" w:rsidRDefault="00411C87">
      <w:r>
        <w:rPr>
          <w:b/>
        </w:rPr>
        <w:t>16. What is your current cumulative GPA?</w:t>
      </w:r>
    </w:p>
    <w:p w14:paraId="17D0515B" w14:textId="77777777" w:rsidR="00D04A5B" w:rsidRDefault="00411C87">
      <w:r>
        <w:t>________</w:t>
      </w:r>
    </w:p>
    <w:p w14:paraId="2DCDC9AE" w14:textId="77777777" w:rsidR="00D04A5B" w:rsidRDefault="00411C87">
      <w:r>
        <w:rPr>
          <w:b/>
        </w:rPr>
        <w:t>17. How many AP courses are you taking currently?</w:t>
      </w:r>
    </w:p>
    <w:p w14:paraId="4ABEE5D6" w14:textId="77777777" w:rsidR="00D04A5B" w:rsidRDefault="00411C87">
      <w:r>
        <w:t>0 | 1 | 2 | 3 | 4 | 5 | 6 | More than 6</w:t>
      </w:r>
    </w:p>
    <w:p w14:paraId="1884237A" w14:textId="77777777" w:rsidR="00D04A5B" w:rsidRDefault="00411C87">
      <w:r>
        <w:rPr>
          <w:b/>
        </w:rPr>
        <w:t>18. How many AP courses have you taken before this year?</w:t>
      </w:r>
    </w:p>
    <w:p w14:paraId="2051C5E8" w14:textId="77777777" w:rsidR="00D04A5B" w:rsidRDefault="00411C87">
      <w:r>
        <w:t>0 | 1 | 2 | 3 | 4 | 5 | 6 | 7 | 8 | 9 | 10 | More than 10</w:t>
      </w:r>
    </w:p>
    <w:p w14:paraId="7C220CCD" w14:textId="77777777" w:rsidR="00D04A5B" w:rsidRDefault="00411C87">
      <w:pPr>
        <w:pStyle w:val="Heading2"/>
      </w:pPr>
      <w:r>
        <w:t>Sources of Stress and Distress</w:t>
      </w:r>
    </w:p>
    <w:p w14:paraId="4152052A" w14:textId="77777777" w:rsidR="00D04A5B" w:rsidRDefault="00411C87">
      <w:r>
        <w:rPr>
          <w:b/>
        </w:rPr>
        <w:t>19. To what degree have you felt stressed and/or distressed by each of the following over the last month?</w:t>
      </w:r>
    </w:p>
    <w:p w14:paraId="029CFD4B" w14:textId="77777777" w:rsidR="00D04A5B" w:rsidRDefault="00411C87">
      <w:r>
        <w:t>Response options: Not at all | Slightly | Moderately | Very much | A great deal</w:t>
      </w:r>
    </w:p>
    <w:p w14:paraId="5BADE256" w14:textId="77777777" w:rsidR="00D04A5B" w:rsidRDefault="00411C87">
      <w:pPr>
        <w:pStyle w:val="ListBullet"/>
      </w:pPr>
      <w:r>
        <w:t>Amount of homework</w:t>
      </w:r>
    </w:p>
    <w:p w14:paraId="38D0F102" w14:textId="77777777" w:rsidR="00D04A5B" w:rsidRDefault="00411C87">
      <w:pPr>
        <w:pStyle w:val="ListBullet"/>
      </w:pPr>
      <w:r>
        <w:t>Amount of material I need to learn</w:t>
      </w:r>
    </w:p>
    <w:p w14:paraId="42BABC8F" w14:textId="77777777" w:rsidR="00D04A5B" w:rsidRDefault="00411C87">
      <w:pPr>
        <w:pStyle w:val="ListBullet"/>
      </w:pPr>
      <w:r>
        <w:t>Pressure from parent(s) about school and grades</w:t>
      </w:r>
    </w:p>
    <w:p w14:paraId="10E083D5" w14:textId="77777777" w:rsidR="00D04A5B" w:rsidRDefault="00411C87">
      <w:pPr>
        <w:pStyle w:val="ListBullet"/>
      </w:pPr>
      <w:r>
        <w:t>Pressure from parent(s) about non-school issues (social, personal)</w:t>
      </w:r>
    </w:p>
    <w:p w14:paraId="102E399B" w14:textId="77777777" w:rsidR="00D04A5B" w:rsidRDefault="00411C87">
      <w:pPr>
        <w:pStyle w:val="ListBullet"/>
      </w:pPr>
      <w:r>
        <w:t>Pressure from teacher(s)</w:t>
      </w:r>
    </w:p>
    <w:p w14:paraId="58649DC3" w14:textId="77777777" w:rsidR="00D04A5B" w:rsidRDefault="00411C87">
      <w:pPr>
        <w:pStyle w:val="ListBullet"/>
      </w:pPr>
      <w:r>
        <w:t>Pressure from administration</w:t>
      </w:r>
    </w:p>
    <w:p w14:paraId="2705335C" w14:textId="77777777" w:rsidR="00D04A5B" w:rsidRDefault="00411C87">
      <w:pPr>
        <w:pStyle w:val="ListBullet"/>
      </w:pPr>
      <w:r>
        <w:t>Pressure from coach(es)</w:t>
      </w:r>
    </w:p>
    <w:p w14:paraId="0D900B05" w14:textId="77777777" w:rsidR="00D04A5B" w:rsidRDefault="00411C87">
      <w:pPr>
        <w:pStyle w:val="ListBullet"/>
      </w:pPr>
      <w:r>
        <w:t>Pressure from peers</w:t>
      </w:r>
    </w:p>
    <w:p w14:paraId="6A0373F0" w14:textId="77777777" w:rsidR="00D04A5B" w:rsidRDefault="00411C87">
      <w:pPr>
        <w:pStyle w:val="ListBullet"/>
      </w:pPr>
      <w:r>
        <w:t>Pressure to “keep up” with peers</w:t>
      </w:r>
    </w:p>
    <w:p w14:paraId="2183B613" w14:textId="77777777" w:rsidR="00D04A5B" w:rsidRDefault="00411C87">
      <w:pPr>
        <w:pStyle w:val="ListBullet"/>
      </w:pPr>
      <w:r>
        <w:t>Pressure from self</w:t>
      </w:r>
    </w:p>
    <w:p w14:paraId="54ECC25B" w14:textId="77777777" w:rsidR="00D04A5B" w:rsidRDefault="00411C87">
      <w:pPr>
        <w:pStyle w:val="ListBullet"/>
      </w:pPr>
      <w:r>
        <w:t>Time pressure</w:t>
      </w:r>
    </w:p>
    <w:p w14:paraId="19E8F387" w14:textId="77777777" w:rsidR="00D04A5B" w:rsidRDefault="00411C87">
      <w:pPr>
        <w:pStyle w:val="ListBullet"/>
      </w:pPr>
      <w:r>
        <w:t>Pressure to get into a good college</w:t>
      </w:r>
    </w:p>
    <w:p w14:paraId="18D34D0D" w14:textId="77777777" w:rsidR="00D04A5B" w:rsidRDefault="00411C87">
      <w:pPr>
        <w:pStyle w:val="ListBullet"/>
      </w:pPr>
      <w:r>
        <w:t>Pressure to get into an elite college</w:t>
      </w:r>
    </w:p>
    <w:p w14:paraId="7D3F9860" w14:textId="77777777" w:rsidR="00D04A5B" w:rsidRDefault="00411C87">
      <w:pPr>
        <w:pStyle w:val="ListBullet"/>
      </w:pPr>
      <w:r>
        <w:t>Pressure to not disappoint my parent(s)</w:t>
      </w:r>
    </w:p>
    <w:p w14:paraId="0BC5A4F9" w14:textId="77777777" w:rsidR="00D04A5B" w:rsidRDefault="00411C87">
      <w:pPr>
        <w:pStyle w:val="ListBullet"/>
      </w:pPr>
      <w:r>
        <w:t>Not enough time to spend with my friends</w:t>
      </w:r>
    </w:p>
    <w:p w14:paraId="38568EF1" w14:textId="77777777" w:rsidR="00D04A5B" w:rsidRDefault="00411C87">
      <w:pPr>
        <w:pStyle w:val="ListBullet"/>
      </w:pPr>
      <w:r>
        <w:t>Not enough time to spend with my family</w:t>
      </w:r>
    </w:p>
    <w:p w14:paraId="6BB68D03" w14:textId="77777777" w:rsidR="00D04A5B" w:rsidRDefault="00411C87">
      <w:pPr>
        <w:pStyle w:val="ListBullet"/>
      </w:pPr>
      <w:r>
        <w:t>Feeling competition for grades or class rank</w:t>
      </w:r>
    </w:p>
    <w:p w14:paraId="554CA7A5" w14:textId="77777777" w:rsidR="00D04A5B" w:rsidRDefault="00411C87">
      <w:pPr>
        <w:pStyle w:val="ListBullet"/>
      </w:pPr>
      <w:r>
        <w:t>Fear of not getting all A’s</w:t>
      </w:r>
    </w:p>
    <w:p w14:paraId="78C85302" w14:textId="77777777" w:rsidR="00D04A5B" w:rsidRDefault="00411C87">
      <w:pPr>
        <w:pStyle w:val="ListBullet"/>
      </w:pPr>
      <w:r>
        <w:t>Fear of failing an exam</w:t>
      </w:r>
    </w:p>
    <w:p w14:paraId="38256D69" w14:textId="77777777" w:rsidR="00D04A5B" w:rsidRDefault="00411C87">
      <w:pPr>
        <w:pStyle w:val="ListBullet"/>
      </w:pPr>
      <w:r>
        <w:t>Fear of failing a course</w:t>
      </w:r>
    </w:p>
    <w:p w14:paraId="0EE32E63" w14:textId="77777777" w:rsidR="00D04A5B" w:rsidRDefault="00411C87">
      <w:pPr>
        <w:pStyle w:val="ListBullet"/>
      </w:pPr>
      <w:r>
        <w:lastRenderedPageBreak/>
        <w:t>Feeling bullied or cyberbullied</w:t>
      </w:r>
    </w:p>
    <w:p w14:paraId="3C774C41" w14:textId="77777777" w:rsidR="00D04A5B" w:rsidRDefault="00411C87">
      <w:pPr>
        <w:pStyle w:val="ListBullet"/>
      </w:pPr>
      <w:r>
        <w:t>Feeling rejected by classmates or peers</w:t>
      </w:r>
    </w:p>
    <w:p w14:paraId="47B52D9C" w14:textId="77777777" w:rsidR="00D04A5B" w:rsidRDefault="00411C87">
      <w:pPr>
        <w:pStyle w:val="ListBullet"/>
      </w:pPr>
      <w:r>
        <w:t>Relationship with boyfriend or girlfriend</w:t>
      </w:r>
    </w:p>
    <w:p w14:paraId="0CA384E7" w14:textId="77777777" w:rsidR="00D04A5B" w:rsidRDefault="00411C87">
      <w:pPr>
        <w:pStyle w:val="ListBullet"/>
      </w:pPr>
      <w:r>
        <w:t>Social media</w:t>
      </w:r>
    </w:p>
    <w:p w14:paraId="782E537A" w14:textId="77777777" w:rsidR="00D04A5B" w:rsidRDefault="00411C87">
      <w:pPr>
        <w:pStyle w:val="ListBullet"/>
      </w:pPr>
      <w:r>
        <w:t>Relationship with parent(s)</w:t>
      </w:r>
    </w:p>
    <w:p w14:paraId="24456D0D" w14:textId="77777777" w:rsidR="00D04A5B" w:rsidRDefault="00411C87">
      <w:pPr>
        <w:pStyle w:val="ListBullet"/>
      </w:pPr>
      <w:r>
        <w:t>Family financial pressures</w:t>
      </w:r>
    </w:p>
    <w:p w14:paraId="16755DC6" w14:textId="77777777" w:rsidR="00D04A5B" w:rsidRDefault="00411C87">
      <w:pPr>
        <w:pStyle w:val="ListBullet"/>
      </w:pPr>
      <w:r>
        <w:t>Parent divorce or family disruption</w:t>
      </w:r>
    </w:p>
    <w:p w14:paraId="2F9B2470" w14:textId="77777777" w:rsidR="00D04A5B" w:rsidRDefault="00411C87">
      <w:pPr>
        <w:pStyle w:val="ListBullet"/>
      </w:pPr>
      <w:r>
        <w:t>Personal learning disability</w:t>
      </w:r>
    </w:p>
    <w:p w14:paraId="6DD1964E" w14:textId="77777777" w:rsidR="00D04A5B" w:rsidRDefault="00411C87">
      <w:pPr>
        <w:pStyle w:val="ListBullet"/>
      </w:pPr>
      <w:r>
        <w:t>Personal physical illness</w:t>
      </w:r>
    </w:p>
    <w:p w14:paraId="1C802254" w14:textId="77777777" w:rsidR="00D04A5B" w:rsidRDefault="00411C87">
      <w:pPr>
        <w:pStyle w:val="ListBullet"/>
      </w:pPr>
      <w:r>
        <w:t>Personal mental illness</w:t>
      </w:r>
    </w:p>
    <w:p w14:paraId="7AB1AAE2" w14:textId="77777777" w:rsidR="00D04A5B" w:rsidRDefault="00411C87">
      <w:pPr>
        <w:pStyle w:val="ListBullet"/>
      </w:pPr>
      <w:r>
        <w:t>Personal drug or alcohol use</w:t>
      </w:r>
    </w:p>
    <w:p w14:paraId="0CF58D0D" w14:textId="77777777" w:rsidR="00D04A5B" w:rsidRDefault="00411C87">
      <w:pPr>
        <w:pStyle w:val="ListBullet"/>
      </w:pPr>
      <w:r>
        <w:t>Physical illness of a family member</w:t>
      </w:r>
    </w:p>
    <w:p w14:paraId="4330E365" w14:textId="77777777" w:rsidR="00D04A5B" w:rsidRDefault="00411C87">
      <w:pPr>
        <w:pStyle w:val="ListBullet"/>
      </w:pPr>
      <w:r>
        <w:t>Mental illness of a family member</w:t>
      </w:r>
    </w:p>
    <w:p w14:paraId="459071F5" w14:textId="77777777" w:rsidR="00D04A5B" w:rsidRDefault="00411C87">
      <w:pPr>
        <w:pStyle w:val="ListBullet"/>
      </w:pPr>
      <w:r>
        <w:t>Family member’s drug or alcohol use</w:t>
      </w:r>
    </w:p>
    <w:p w14:paraId="51709CCB" w14:textId="77777777" w:rsidR="00D04A5B" w:rsidRDefault="00411C87">
      <w:pPr>
        <w:pStyle w:val="ListBullet"/>
      </w:pPr>
      <w:r>
        <w:t>Death of a family member</w:t>
      </w:r>
    </w:p>
    <w:p w14:paraId="683BFAF3" w14:textId="77777777" w:rsidR="00D04A5B" w:rsidRDefault="00411C87">
      <w:pPr>
        <w:pStyle w:val="ListBullet"/>
      </w:pPr>
      <w:r>
        <w:t>Worry about violence in my community</w:t>
      </w:r>
    </w:p>
    <w:p w14:paraId="601728FF" w14:textId="77777777" w:rsidR="00D04A5B" w:rsidRDefault="00411C87">
      <w:pPr>
        <w:pStyle w:val="Heading2"/>
      </w:pPr>
      <w:r>
        <w:t>Optional Measures of Mental Health and Well-Being</w:t>
      </w:r>
    </w:p>
    <w:p w14:paraId="738CADFA" w14:textId="77777777" w:rsidR="00D04A5B" w:rsidRDefault="00411C87">
      <w:r>
        <w:t>Schools may choose to include validated measures of mental health or well-being depending on the goals of the survey. These measures are not required, and schools may instead choose measures of overall stress, school-related burnout, well-being, or other outcomes that are appropriate for their students and the questions they hope to answer.</w:t>
      </w:r>
    </w:p>
    <w:p w14:paraId="76FB4CDF" w14:textId="77777777" w:rsidR="00D04A5B" w:rsidRDefault="00411C87">
      <w:r>
        <w:t>In my survey research, I have used the following measures:</w:t>
      </w:r>
    </w:p>
    <w:p w14:paraId="21C10D5C" w14:textId="77777777" w:rsidR="00D04A5B" w:rsidRDefault="00411C87">
      <w:r>
        <w:rPr>
          <w:b/>
        </w:rPr>
        <w:t>20. Generalized Anxiety Disorder-7 (GAD-7)</w:t>
      </w:r>
    </w:p>
    <w:p w14:paraId="062A5020" w14:textId="77777777" w:rsidR="00D04A5B" w:rsidRDefault="00411C87">
      <w:r>
        <w:t>A brief measure assessing symptoms of anxiety. The instrument, scoring instructions, and information about its use can be found online.</w:t>
      </w:r>
    </w:p>
    <w:p w14:paraId="20509CF7" w14:textId="77777777" w:rsidR="00D04A5B" w:rsidRDefault="00411C87">
      <w:r>
        <w:rPr>
          <w:b/>
        </w:rPr>
        <w:t>21. Patient Health Questionnaire-8 (PHQ-8)</w:t>
      </w:r>
    </w:p>
    <w:p w14:paraId="4FA27231" w14:textId="77777777" w:rsidR="00D04A5B" w:rsidRDefault="00411C87">
      <w:r>
        <w:t>A brief measure assessing symptoms of depression. The instrument, scoring instructions, and information about its use can be found online.</w:t>
      </w:r>
    </w:p>
    <w:p w14:paraId="2603A010" w14:textId="77777777" w:rsidR="00D04A5B" w:rsidRDefault="00411C87">
      <w:r>
        <w:rPr>
          <w:b/>
        </w:rPr>
        <w:t xml:space="preserve">Why the PHQ-8 rather than the PHQ-9? </w:t>
      </w:r>
      <w:r>
        <w:t>I have used the PHQ-8 in anonymous student surveys because the ninth item of the PHQ-9 asks about thoughts of death or self-harm. In a completely anonymous survey, there is no way to identify or reach out to an individual student based on their response. For that reason, I am not comfortable including that item in an anonymous survey. Schools wishing to conduct individual mental-health screening, including assessment of suicide risk, should use a different protocol with appropriate procedures for identifying and responding to students who may be at risk.</w:t>
      </w:r>
    </w:p>
    <w:p w14:paraId="74204C9E" w14:textId="77777777" w:rsidR="00D04A5B" w:rsidRDefault="00411C87">
      <w:r>
        <w:t>Schools that do not wish to measure symptoms of anxiety or depression can substitute other measures of student well-being or distress. For example, a school might assess overall stress or school-related burnout instead.</w:t>
      </w:r>
    </w:p>
    <w:p w14:paraId="16283C31" w14:textId="77777777" w:rsidR="00D04A5B" w:rsidRDefault="00411C87">
      <w:pPr>
        <w:pStyle w:val="Heading2"/>
      </w:pPr>
      <w:r>
        <w:t>Achievement-Related Attitudes and Perfectionism</w:t>
      </w:r>
    </w:p>
    <w:p w14:paraId="2099E1C5" w14:textId="77777777" w:rsidR="00D04A5B" w:rsidRDefault="00411C87">
      <w:r>
        <w:rPr>
          <w:b/>
        </w:rPr>
        <w:t>22. Short Almost Perfect Scale (SAPS)</w:t>
      </w:r>
    </w:p>
    <w:p w14:paraId="4A76FE5C" w14:textId="77777777" w:rsidR="00D04A5B" w:rsidRDefault="00411C87">
      <w:r>
        <w:lastRenderedPageBreak/>
        <w:t>This validated instrument assesses aspects of perfectionism, including high standards and discrepancy between one’s standards and perceived performance. The survey items are not reproduced here. The instrument and information about its use and scoring can be found online.</w:t>
      </w:r>
    </w:p>
    <w:p w14:paraId="5208E750" w14:textId="77777777" w:rsidR="00D04A5B" w:rsidRDefault="00411C87">
      <w:r>
        <w:t>Schools should confirm any applicable permissions or conditions of use before incorporating standardized instruments into their surveys.</w:t>
      </w:r>
    </w:p>
    <w:p w14:paraId="3A9EC460" w14:textId="77777777" w:rsidR="00D04A5B" w:rsidRDefault="00411C87">
      <w:pPr>
        <w:pStyle w:val="Heading2"/>
      </w:pPr>
      <w:r>
        <w:t>Academic Performance, Identity, and Comparison</w:t>
      </w:r>
    </w:p>
    <w:p w14:paraId="77E06852" w14:textId="77777777" w:rsidR="00D04A5B" w:rsidRDefault="00411C87">
      <w:r>
        <w:t>For Questions 23–25, use the following response options: Not at all | Slightly | Moderately | Very much | A great deal</w:t>
      </w:r>
    </w:p>
    <w:p w14:paraId="770EFCA2" w14:textId="77777777" w:rsidR="00D04A5B" w:rsidRDefault="00411C87">
      <w:r>
        <w:rPr>
          <w:b/>
        </w:rPr>
        <w:t>23. This school year, to what degree has your academic performance led to feelings of:</w:t>
      </w:r>
    </w:p>
    <w:p w14:paraId="14FED3F5" w14:textId="77777777" w:rsidR="00D04A5B" w:rsidRDefault="00411C87">
      <w:pPr>
        <w:pStyle w:val="ListBullet"/>
      </w:pPr>
      <w:r>
        <w:t>Competence</w:t>
      </w:r>
    </w:p>
    <w:p w14:paraId="0F161049" w14:textId="77777777" w:rsidR="00D04A5B" w:rsidRDefault="00411C87">
      <w:pPr>
        <w:pStyle w:val="ListBullet"/>
      </w:pPr>
      <w:r>
        <w:t>Embarrassment</w:t>
      </w:r>
    </w:p>
    <w:p w14:paraId="5C7B6F6C" w14:textId="77777777" w:rsidR="00D04A5B" w:rsidRDefault="00411C87">
      <w:pPr>
        <w:pStyle w:val="ListBullet"/>
      </w:pPr>
      <w:r>
        <w:t>Inadequacy</w:t>
      </w:r>
    </w:p>
    <w:p w14:paraId="066E7734" w14:textId="77777777" w:rsidR="00D04A5B" w:rsidRDefault="00411C87">
      <w:pPr>
        <w:pStyle w:val="ListBullet"/>
      </w:pPr>
      <w:r>
        <w:t>Pride</w:t>
      </w:r>
    </w:p>
    <w:p w14:paraId="56DFA7C2" w14:textId="77777777" w:rsidR="00D04A5B" w:rsidRDefault="00411C87">
      <w:pPr>
        <w:pStyle w:val="ListBullet"/>
      </w:pPr>
      <w:r>
        <w:t>Shame</w:t>
      </w:r>
    </w:p>
    <w:p w14:paraId="5D339B36" w14:textId="77777777" w:rsidR="00D04A5B" w:rsidRDefault="00411C87">
      <w:r>
        <w:rPr>
          <w:b/>
        </w:rPr>
        <w:t>24. This school year, to what degree has your sense of worth been tied to:</w:t>
      </w:r>
    </w:p>
    <w:p w14:paraId="1FD64960" w14:textId="77777777" w:rsidR="00D04A5B" w:rsidRDefault="00411C87">
      <w:pPr>
        <w:pStyle w:val="ListBullet"/>
      </w:pPr>
      <w:r>
        <w:t>Your own standards of academic performance</w:t>
      </w:r>
    </w:p>
    <w:p w14:paraId="7AC9AAC8" w14:textId="77777777" w:rsidR="00D04A5B" w:rsidRDefault="00411C87">
      <w:pPr>
        <w:pStyle w:val="ListBullet"/>
      </w:pPr>
      <w:r>
        <w:t>Your academic performance compared to that of your classmates</w:t>
      </w:r>
    </w:p>
    <w:p w14:paraId="25A9C2BA" w14:textId="77777777" w:rsidR="00D04A5B" w:rsidRDefault="00411C87">
      <w:r>
        <w:rPr>
          <w:b/>
        </w:rPr>
        <w:t>25. This school year, to what degree have you compared yourself to others in:</w:t>
      </w:r>
    </w:p>
    <w:p w14:paraId="7CA02E03" w14:textId="77777777" w:rsidR="00D04A5B" w:rsidRDefault="00411C87">
      <w:pPr>
        <w:pStyle w:val="ListBullet"/>
      </w:pPr>
      <w:r>
        <w:t>Academic performance</w:t>
      </w:r>
    </w:p>
    <w:p w14:paraId="28121E21" w14:textId="77777777" w:rsidR="00D04A5B" w:rsidRDefault="00411C87">
      <w:pPr>
        <w:pStyle w:val="ListBullet"/>
      </w:pPr>
      <w:r>
        <w:t>Amount of time spent studying</w:t>
      </w:r>
    </w:p>
    <w:p w14:paraId="5A1AA756" w14:textId="77777777" w:rsidR="00D04A5B" w:rsidRDefault="00411C87">
      <w:pPr>
        <w:pStyle w:val="ListBullet"/>
      </w:pPr>
      <w:r>
        <w:t>Ability to learn material quickly</w:t>
      </w:r>
    </w:p>
    <w:p w14:paraId="4B9275CB" w14:textId="1691C9D7" w:rsidR="00D04A5B" w:rsidRDefault="00411C87">
      <w:pPr>
        <w:pStyle w:val="ListBullet"/>
      </w:pPr>
      <w:r>
        <w:t xml:space="preserve">Degree of involvement in extracurricular activities (e.g., volunteering, leadership, sports, clubs, </w:t>
      </w:r>
      <w:r w:rsidR="00134E23">
        <w:t xml:space="preserve">part-time work, </w:t>
      </w:r>
      <w:r>
        <w:t>etc.)</w:t>
      </w:r>
    </w:p>
    <w:p w14:paraId="4CBDC7A2" w14:textId="77777777" w:rsidR="00D04A5B" w:rsidRDefault="00411C87">
      <w:pPr>
        <w:pStyle w:val="Heading2"/>
      </w:pPr>
      <w:r>
        <w:t>Feeling Academically Overwhelmed</w:t>
      </w:r>
    </w:p>
    <w:p w14:paraId="27A0785B" w14:textId="77777777" w:rsidR="00D04A5B" w:rsidRDefault="00411C87">
      <w:r>
        <w:rPr>
          <w:b/>
        </w:rPr>
        <w:t>26. This school year, how often have you felt academically overwhelmed?</w:t>
      </w:r>
    </w:p>
    <w:p w14:paraId="5236011E" w14:textId="77777777" w:rsidR="00D04A5B" w:rsidRDefault="00411C87">
      <w:r>
        <w:t>Never | Rarely | Sometimes | Often</w:t>
      </w:r>
    </w:p>
    <w:p w14:paraId="7CD5AF5D" w14:textId="77777777" w:rsidR="00D04A5B" w:rsidRDefault="00411C87">
      <w:r>
        <w:t>If you answered Rarely, Sometimes, or Often:</w:t>
      </w:r>
    </w:p>
    <w:p w14:paraId="2CB59054" w14:textId="77777777" w:rsidR="00D04A5B" w:rsidRDefault="00411C87">
      <w:r>
        <w:rPr>
          <w:b/>
        </w:rPr>
        <w:t>27. When you felt overwhelmed, how often did you try to hide it?</w:t>
      </w:r>
    </w:p>
    <w:p w14:paraId="4C6E9EA3" w14:textId="77777777" w:rsidR="00D04A5B" w:rsidRDefault="00411C87">
      <w:r>
        <w:t>Never | Rarely | Sometimes | Often</w:t>
      </w:r>
    </w:p>
    <w:p w14:paraId="4AC8AEED" w14:textId="77777777" w:rsidR="00D04A5B" w:rsidRDefault="00411C87">
      <w:pPr>
        <w:pStyle w:val="Heading2"/>
      </w:pPr>
      <w:r>
        <w:t>After Completing the Survey</w:t>
      </w:r>
    </w:p>
    <w:p w14:paraId="0FEBA087" w14:textId="77777777" w:rsidR="00D04A5B" w:rsidRDefault="00411C87">
      <w:r>
        <w:t>Thank you for completing the survey.</w:t>
      </w:r>
    </w:p>
    <w:p w14:paraId="5D7A1A22" w14:textId="77777777" w:rsidR="00D04A5B" w:rsidRDefault="00411C87">
      <w:r>
        <w:t>Some of the questions may have brought up difficult feelings or concerns. If you would like to talk with someone, [names/roles of available support staff] are available today. You may let your teacher know that you would like to speak with someone. You do not need to explain why.</w:t>
      </w:r>
    </w:p>
    <w:p w14:paraId="304961F2" w14:textId="77777777" w:rsidR="00D04A5B" w:rsidRDefault="00411C87">
      <w:r>
        <w:lastRenderedPageBreak/>
        <w:t>Because your responses are anonymous, the school cannot identify you or contact you based on anything you reported in the survey. If you are concerned about how you are feeling or would like support for any reason, please speak directly with [school counselor/support person], your teacher, or another trusted adult at school.</w:t>
      </w:r>
    </w:p>
    <w:p w14:paraId="0A3F415B" w14:textId="77777777" w:rsidR="00D04A5B" w:rsidRDefault="00411C87">
      <w:pPr>
        <w:pStyle w:val="Heading2"/>
      </w:pPr>
      <w:r>
        <w:t>Additional Note for Schools</w:t>
      </w:r>
    </w:p>
    <w:p w14:paraId="37BAFBA1" w14:textId="77777777" w:rsidR="00D04A5B" w:rsidRDefault="00411C87">
      <w:r>
        <w:t>This sample survey is provided for educational and informational purposes and should not be viewed as a required or validated survey instrument in its entirety. Schools should select questions based on what they hope to learn and, importantly, what they are prepared to address based on the findings.</w:t>
      </w:r>
    </w:p>
    <w:p w14:paraId="1B54127A" w14:textId="77777777" w:rsidR="00D04A5B" w:rsidRDefault="00411C87">
      <w:r>
        <w:t>When incorporating established measures such as the GAD-7, PHQ-8, or Short Almost Perfect Scale, schools should obtain the instrument from an appropriate source, use the measure and scoring procedures as intended, and determine whether permission or licensing requirements apply.</w:t>
      </w:r>
    </w:p>
    <w:p w14:paraId="035594A3" w14:textId="45C97135" w:rsidR="00D04A5B" w:rsidRDefault="00411C87">
      <w:r>
        <w:t xml:space="preserve">If the survey is </w:t>
      </w:r>
      <w:proofErr w:type="gramStart"/>
      <w:r>
        <w:t>being conducted</w:t>
      </w:r>
      <w:proofErr w:type="gramEnd"/>
      <w:r>
        <w:t xml:space="preserve"> as research and is reviewed by an Institutional Review Board (IRB) or other human</w:t>
      </w:r>
      <w:r w:rsidR="00ED1AF5">
        <w:t xml:space="preserve"> </w:t>
      </w:r>
      <w:r>
        <w:t xml:space="preserve">subjects review committee, the survey and all related materials should be submitted for review and approval </w:t>
      </w:r>
      <w:r w:rsidR="00ED1AF5" w:rsidRPr="0059332A">
        <w:rPr>
          <w:i/>
          <w:iCs/>
          <w:u w:val="single"/>
        </w:rPr>
        <w:t>before</w:t>
      </w:r>
      <w:r w:rsidR="00ED1AF5">
        <w:t xml:space="preserve"> </w:t>
      </w:r>
      <w:r>
        <w:t>administration.</w:t>
      </w:r>
    </w:p>
    <w:sectPr w:rsidR="00D04A5B" w:rsidSect="00034616">
      <w:pgSz w:w="12240" w:h="15840"/>
      <w:pgMar w:top="1080" w:right="1224" w:bottom="1080"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6356094">
    <w:abstractNumId w:val="8"/>
  </w:num>
  <w:num w:numId="2" w16cid:durableId="1664624563">
    <w:abstractNumId w:val="6"/>
  </w:num>
  <w:num w:numId="3" w16cid:durableId="27147301">
    <w:abstractNumId w:val="5"/>
  </w:num>
  <w:num w:numId="4" w16cid:durableId="487865960">
    <w:abstractNumId w:val="4"/>
  </w:num>
  <w:num w:numId="5" w16cid:durableId="560557049">
    <w:abstractNumId w:val="7"/>
  </w:num>
  <w:num w:numId="6" w16cid:durableId="567157186">
    <w:abstractNumId w:val="3"/>
  </w:num>
  <w:num w:numId="7" w16cid:durableId="1865096430">
    <w:abstractNumId w:val="2"/>
  </w:num>
  <w:num w:numId="8" w16cid:durableId="1071730036">
    <w:abstractNumId w:val="1"/>
  </w:num>
  <w:num w:numId="9" w16cid:durableId="739640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34E23"/>
    <w:rsid w:val="0015074B"/>
    <w:rsid w:val="0026730F"/>
    <w:rsid w:val="0029639D"/>
    <w:rsid w:val="002E6838"/>
    <w:rsid w:val="00326F90"/>
    <w:rsid w:val="00411C87"/>
    <w:rsid w:val="0059332A"/>
    <w:rsid w:val="005C59A5"/>
    <w:rsid w:val="00645BC8"/>
    <w:rsid w:val="00AA1D8D"/>
    <w:rsid w:val="00B47730"/>
    <w:rsid w:val="00CB0664"/>
    <w:rsid w:val="00D04A5B"/>
    <w:rsid w:val="00ED1AF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E2314F"/>
  <w14:defaultImageDpi w14:val="300"/>
  <w15:docId w15:val="{1D38892D-36FC-40EA-886D-98159EE8D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134E23"/>
    <w:pPr>
      <w:spacing w:after="0" w:line="240" w:lineRule="auto"/>
    </w:pPr>
    <w:rPr>
      <w:rFonts w:ascii="Aptos" w:eastAsia="Aptos" w:hAnsi="Aptos"/>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1669</Words>
  <Characters>9519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Stuart Slavin</cp:lastModifiedBy>
  <cp:revision>2</cp:revision>
  <dcterms:created xsi:type="dcterms:W3CDTF">2026-08-18T19:38:00Z</dcterms:created>
  <dcterms:modified xsi:type="dcterms:W3CDTF">2026-08-18T19:38:00Z</dcterms:modified>
  <cp:category/>
</cp:coreProperties>
</file>