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72E17" w14:textId="77777777" w:rsidR="004B1140" w:rsidRDefault="00371F2F">
      <w:pPr>
        <w:jc w:val="center"/>
      </w:pPr>
      <w:r>
        <w:rPr>
          <w:b/>
          <w:sz w:val="36"/>
        </w:rPr>
        <w:t>Sample Student Information and Participation Letter</w:t>
      </w:r>
    </w:p>
    <w:p w14:paraId="6BF0184C" w14:textId="77777777" w:rsidR="004B1140" w:rsidRDefault="00371F2F">
      <w:r>
        <w:t>Dear Student,</w:t>
      </w:r>
    </w:p>
    <w:p w14:paraId="74E103D5" w14:textId="77777777" w:rsidR="004B1140" w:rsidRDefault="00371F2F">
      <w:r>
        <w:t xml:space="preserve">We are asking students at </w:t>
      </w:r>
      <w:r>
        <w:rPr>
          <w:b/>
        </w:rPr>
        <w:t>[School Name]</w:t>
      </w:r>
      <w:r>
        <w:t xml:space="preserve"> to complete a survey about their experiences with school, stress and pressure, and their overall well-being. We want to better understand students’ experiences and identify changes that could help create a healthier and more supportive school environment.</w:t>
      </w:r>
    </w:p>
    <w:p w14:paraId="775CF5B1" w14:textId="77777777" w:rsidR="004B1140" w:rsidRDefault="00371F2F">
      <w:r>
        <w:t>The survey will take approximately [XX] minutes to complete. It includes questions about your daily activities, experiences and perceptions of stress and pressure, and well-being.</w:t>
      </w:r>
    </w:p>
    <w:p w14:paraId="444A761F" w14:textId="77777777" w:rsidR="004B1140" w:rsidRDefault="00371F2F">
      <w:r>
        <w:rPr>
          <w:b/>
        </w:rPr>
        <w:t xml:space="preserve">Taking the survey is completely voluntary. </w:t>
      </w:r>
      <w:r>
        <w:t>You may choose not to participate, even if your parent or guardian has not opted you out. There is no penalty for deciding not to participate. If you do participate, you may skip any question you do not want to answer, and you may stop taking the survey at any time.</w:t>
      </w:r>
    </w:p>
    <w:p w14:paraId="77A24F9C" w14:textId="77777777" w:rsidR="004B1140" w:rsidRDefault="00371F2F">
      <w:r>
        <w:rPr>
          <w:b/>
        </w:rPr>
        <w:t xml:space="preserve">Your responses are completely anonymous. </w:t>
      </w:r>
      <w:r>
        <w:t>You will not be asked to provide your name, and your responses cannot be traced back to you individually.</w:t>
      </w:r>
    </w:p>
    <w:p w14:paraId="28D51766" w14:textId="12EF5E90" w:rsidR="004B1140" w:rsidRDefault="00371F2F">
      <w:r>
        <w:t>Some questions may make you feel uncomfortable or bring up difficult feelings or concerns. You do not have to answer any question that makes you uncomfortable. If you would like to talk with someone during or after the survey, you may tell your teacher that you would like to speak with someone</w:t>
      </w:r>
      <w:r w:rsidR="002430CB">
        <w:t>,</w:t>
      </w:r>
      <w:r>
        <w:t xml:space="preserve"> or </w:t>
      </w:r>
      <w:r w:rsidR="002430CB">
        <w:t xml:space="preserve">you can </w:t>
      </w:r>
      <w:r>
        <w:t>contact [school counselor/support person and contact information]. You do not need to explain why you would like to speak with someone.</w:t>
      </w:r>
    </w:p>
    <w:p w14:paraId="11EF641F" w14:textId="77777777" w:rsidR="004B1140" w:rsidRDefault="00371F2F">
      <w:r>
        <w:t xml:space="preserve">Because the survey is anonymous, the school will not know which responses are yours and cannot use your survey responses to reach out to you individually. </w:t>
      </w:r>
      <w:r>
        <w:rPr>
          <w:b/>
        </w:rPr>
        <w:t xml:space="preserve">If you are concerned about </w:t>
      </w:r>
      <w:proofErr w:type="gramStart"/>
      <w:r>
        <w:rPr>
          <w:b/>
        </w:rPr>
        <w:t>how</w:t>
      </w:r>
      <w:proofErr w:type="gramEnd"/>
      <w:r>
        <w:rPr>
          <w:b/>
        </w:rPr>
        <w:t xml:space="preserve"> you are feeling or would like help or support for any reason, please talk directly with [school counselor/support person], your teacher, or another trusted adult at school.</w:t>
      </w:r>
    </w:p>
    <w:p w14:paraId="27E0B85A" w14:textId="77777777" w:rsidR="004B1140" w:rsidRDefault="00371F2F">
      <w:r>
        <w:t>The survey is intended to help us understand the experiences of students as a group and identify ways we can improve the school environment.</w:t>
      </w:r>
    </w:p>
    <w:p w14:paraId="730D2C49" w14:textId="77777777" w:rsidR="004B1140" w:rsidRDefault="00371F2F">
      <w:r>
        <w:t>If you have questions about the survey before deciding whether to participate, please ask [school contact/name and role].</w:t>
      </w:r>
    </w:p>
    <w:p w14:paraId="5B68D352" w14:textId="77777777" w:rsidR="004B1140" w:rsidRDefault="00371F2F">
      <w:r>
        <w:t>Thank you for considering participating and for helping us better understand the experiences of students at [School Name].</w:t>
      </w:r>
    </w:p>
    <w:p w14:paraId="5F7FD2B8" w14:textId="77777777" w:rsidR="004B1140" w:rsidRDefault="004B1140"/>
    <w:p w14:paraId="45C3C631" w14:textId="77777777" w:rsidR="004B1140" w:rsidRDefault="00371F2F">
      <w:r>
        <w:rPr>
          <w:b/>
          <w:sz w:val="26"/>
        </w:rPr>
        <w:t>Suggested Statement to Read After Survey Completion</w:t>
      </w:r>
    </w:p>
    <w:p w14:paraId="02972E7B" w14:textId="77777777" w:rsidR="004B1140" w:rsidRDefault="00371F2F">
      <w:r>
        <w:t>Some of the questions in this survey may have brought up difficult feelings or concerns. If you would like to talk with someone, [names/roles of available support staff] are available today. You can let your teacher know that you would like to speak with someone. You do not need to explain why.</w:t>
      </w:r>
    </w:p>
    <w:p w14:paraId="7CDECEA4" w14:textId="77777777" w:rsidR="004B1140" w:rsidRDefault="004B1140"/>
    <w:p w14:paraId="0AAA5EFF" w14:textId="77777777" w:rsidR="004B1140" w:rsidRDefault="00371F2F">
      <w:r>
        <w:rPr>
          <w:b/>
          <w:sz w:val="26"/>
        </w:rPr>
        <w:lastRenderedPageBreak/>
        <w:t>Note for Schools</w:t>
      </w:r>
    </w:p>
    <w:p w14:paraId="450B18F4" w14:textId="77777777" w:rsidR="004B1140" w:rsidRDefault="00371F2F">
      <w:r>
        <w:t>This is a general template and should be adapted to the specific survey, student population, and support resources available at each school. Schools should identify in advance the staff who will be available to students during and after survey administration.</w:t>
      </w:r>
    </w:p>
    <w:p w14:paraId="55C92AF2" w14:textId="0489C5E6" w:rsidR="004B1140" w:rsidRDefault="00371F2F">
      <w:r>
        <w:t>If the survey is being conducted as research and is submitted to an Institutional Review Board (IRB) or other human</w:t>
      </w:r>
      <w:r w:rsidR="002430CB">
        <w:t xml:space="preserve"> </w:t>
      </w:r>
      <w:r>
        <w:t xml:space="preserve">subjects review committee, additional information and/or formal student assent procedures may be required. The IRB should review and approve the student information or assent materials, survey protocol, and other relevant study documents </w:t>
      </w:r>
      <w:r w:rsidRPr="001762AA">
        <w:rPr>
          <w:i/>
          <w:iCs/>
        </w:rPr>
        <w:t>before</w:t>
      </w:r>
      <w:r>
        <w:t xml:space="preserve"> the survey is administered. Schools should follow the requirements and recommendations of the reviewing IRB.</w:t>
      </w:r>
    </w:p>
    <w:sectPr w:rsidR="004B1140"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1700767">
    <w:abstractNumId w:val="8"/>
  </w:num>
  <w:num w:numId="2" w16cid:durableId="1272972508">
    <w:abstractNumId w:val="6"/>
  </w:num>
  <w:num w:numId="3" w16cid:durableId="515315138">
    <w:abstractNumId w:val="5"/>
  </w:num>
  <w:num w:numId="4" w16cid:durableId="1615166484">
    <w:abstractNumId w:val="4"/>
  </w:num>
  <w:num w:numId="5" w16cid:durableId="469909515">
    <w:abstractNumId w:val="7"/>
  </w:num>
  <w:num w:numId="6" w16cid:durableId="1278176154">
    <w:abstractNumId w:val="3"/>
  </w:num>
  <w:num w:numId="7" w16cid:durableId="1776636588">
    <w:abstractNumId w:val="2"/>
  </w:num>
  <w:num w:numId="8" w16cid:durableId="293828770">
    <w:abstractNumId w:val="1"/>
  </w:num>
  <w:num w:numId="9" w16cid:durableId="191681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62AA"/>
    <w:rsid w:val="002430CB"/>
    <w:rsid w:val="0029639D"/>
    <w:rsid w:val="00326F90"/>
    <w:rsid w:val="00371F2F"/>
    <w:rsid w:val="0041160A"/>
    <w:rsid w:val="004B1140"/>
    <w:rsid w:val="00A51F40"/>
    <w:rsid w:val="00A652AD"/>
    <w:rsid w:val="00A915AB"/>
    <w:rsid w:val="00AA1D8D"/>
    <w:rsid w:val="00B47730"/>
    <w:rsid w:val="00CB0664"/>
    <w:rsid w:val="00E51F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4802E4"/>
  <w14:defaultImageDpi w14:val="300"/>
  <w15:docId w15:val="{4A07EC72-B0F0-4817-A385-45A86696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430CB"/>
    <w:pPr>
      <w:spacing w:after="0" w:line="240" w:lineRule="auto"/>
    </w:pPr>
    <w:rPr>
      <w:rFonts w:ascii="Aptos" w:eastAsia="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Stuart Slavin</cp:lastModifiedBy>
  <cp:revision>3</cp:revision>
  <dcterms:created xsi:type="dcterms:W3CDTF">2026-08-18T19:30:00Z</dcterms:created>
  <dcterms:modified xsi:type="dcterms:W3CDTF">2026-08-18T19:31:00Z</dcterms:modified>
  <cp:category/>
</cp:coreProperties>
</file>